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Окружной хакатон ПФО «Цифровой прорыв. Регион»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ОРБ-PRD-2026-08 · ЕКП Минспорта России, № 2-5120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продуктовое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межрегиональное · Турнир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19.08.2026 — 20.08.2026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Уфа / онлайн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Смешанный · Хакатон — онлайн, финальный питч — 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Попов Марк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FSP-16-25-00302-3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95,23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Волков Степан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FSP-63-25-00306-6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83,09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Лебедева Дарья Максимовна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FSP-56-25-00016-0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81,72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Морозов Никита Евгеньевич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FSP-56-25-00017-8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78,4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Шевченко Лев Андреевич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FSP-56-26-00028-4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77,23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Иванов Александр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FSP-63-25-00300-9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76,83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Смирнова Анна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FSP-02-25-00301-1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76,38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Фролова Вероника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FSP-73-25-00305-6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Ульяновская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75,25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Назарова Ксения Владимировна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FSP-56-26-00018-5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71,68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Чернова Ульяна Сергеевна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FSP-56-26-00027-6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69,89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Васильева Милана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FSP-58-25-00303-0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Пензенская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69,08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Алексеева Софья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FSP-02-25-00307-8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68,44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Новиков Иван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FSP-64-25-00304-0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Саратовская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55,33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