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Оренбургской области по продуктовому программированию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ОРБ-PRD-2026-07 · Календарный план Оренбургской области, № 56-019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продуктовое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11.04.2026 — 13.04.2026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Оренбург, Кванториум / 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Смешанный · Разработка — онлайн, защита проектов — 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юноши/девушки 14–17 лет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Лебедева Дарья Максимовна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FSP-56-25-00016-0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79,42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Шевченко Лев Андреевич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FSP-56-26-00028-4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76,52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Морозов Никита Евгеньевич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FSP-56-25-00017-8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74,74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Чернова Ульяна Сергеевна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FSP-56-26-00027-6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71,99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Назарова Ксения Владимировна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FSP-56-26-00018-5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69,07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Малахова Ольга Сергеевна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