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Чемпионат России по спортивному программированию (алгоритмическое)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ОРБ-ALG-2026-04 · ЕКП Минспорта России, № 1-0217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алгоритмическое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всероссийское · Чемпионат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18.09.2026 — 20.09.2026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г. Москва, кластер «Ломоносов»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Очно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мужчины/женщины 18+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решённым задачам и штрафному времени (ICPC)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18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898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10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694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309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15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Решено</w:t>
            </w:r>
          </w:p>
        </w:tc>
        <w:tc>
          <w:tcPr>
            <w:tcW w:type="dxa" w:w="141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Штраф, мин</w:t>
            </w:r>
          </w:p>
        </w:tc>
        <w:tc>
          <w:tcPr>
            <w:tcW w:type="dxa" w:w="2566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Соколов Дмитрий Алексеевич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FSP-56-25-00003-8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952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Алексеева Софья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FSP-78-25-00307-7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г. Санкт-Петербург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996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Семёнова Мария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FSP-78-25-00313-5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г. Санкт-Петербург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997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Козлова Варвара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FSP-66-25-00309-7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Свердловская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1027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Жуков Артём Денисович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FSP-56-25-00012-9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1056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Волков Степан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FSP-77-25-00306-0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г. Москва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1095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Медведев Артемий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FSP-50-25-00308-7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Московская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1095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Васильева Милана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FSP-66-25-00303-0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Свердловская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1110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Попов Марк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FSP-50-25-00302-0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Московская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1125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10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Новиков Иван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FSP-54-25-00304-2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Новосибирская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778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11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Никитина Елизавета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FSP-16-25-00311-4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Татарстан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828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12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Григорьев Максим Олегович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FSP-56-25-00010-3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839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13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Смирнова Анна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FSP-78-25-00301-0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г. Санкт-Петербург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863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14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Фролова Вероника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FSP-16-25-00305-6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Респ. Татарстан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871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15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Иванов Александр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FSP-77-25-00300-3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г. Москва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881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16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Егоров Михаил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FSP-54-25-00310-9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Новосибирская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911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17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Абрамов Кирилл Сергеевич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FSP-56-25-00008-7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997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18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Павлов Фёдор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FSP-77-25-00312-8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г. Москва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679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