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Межрегиональные соревнования ПФО «Волга-Код»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ОРБ-ALG-2026-03 · ЕКП Минспорта России, № 2-4471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алгоритмическое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межрегиональное · Турнир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25.07.2026 — 26.07.2026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Самара / 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Смешанный · Отборочный тур — онлайн, финал — 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17, дисквалифицировано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FSP-73-25-00305-6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Ульяновская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1015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Соколов Дмитрий Алексеевич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FSP-56-25-00003-8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1043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Жуков Артём Денисович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FSP-56-25-00012-9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FSP-63-25-00300-9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835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Валиева Алина Ренатовна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FSP-56-25-00009-5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911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FSP-64-25-00304-0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Саратовская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Григорьев Максим Олегович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FSP-56-25-00010-3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715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FSP-02-25-00301-1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750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FSP-58-25-00303-0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Пензенская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515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FSP-02-25-00307-8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Башкортостан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555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FSP-16-25-00302-3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563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Дьяченко Полина Игоревна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FSP-56-25-00011-1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380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FSP-63-25-00306-6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Самарская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213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Зайцева Виктория Андреевна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FSP-56-25-00013-7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232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Чернова Ульяна Сергеевна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FSP-56-26-00027-6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271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Фёдорова Мария Алексеевна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FSP-56-26-00025-0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DSQ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Абрамов Кирилл Сергеевич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FSP-56-25-00008-7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438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Нарушение регламента: использование внешней помощи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