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Кубок Оренбуржья по программированию беспилотных авиационных систем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ОРБ-UAV-2026-20 · Календарный план Оренбургской области, № 56-063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беспилотных авиационных систем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региональное · Кубок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23.09.2026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Оренбург, аэроклуб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Очно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сумме баллов жюри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98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48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94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52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402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Баллы</w:t>
            </w:r>
          </w:p>
        </w:tc>
        <w:tc>
          <w:tcPr>
            <w:tcW w:type="dxa" w:w="280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Тарасов Матвей Ильич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FSP-56-26-00023-5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77,38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Ушаков Роман Дмитриевич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FSP-56-26-00024-3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75,06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Романов Глеб Артурович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FSP-56-26-00021-9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70,25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Фёдорова Мария Алексеевна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FSP-56-26-00025-0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57,13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Белова Светлана Анатольевна</w:t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