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Межрегиональные соревнования ПФО по программированию робототехники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ОРБ-ROB-2026-17 · ЕКП Минспорта России, № 2-5210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робототехники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межрегиональное · Турнир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13.09.2026 — 14.09.2026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Казань, Иннополис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Романов Глеб Артурович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FSP-56-26-00021-9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95,06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FSP-63-25-00306-6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94,81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FSP-16-25-00302-3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93,75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FSP-02-25-00307-8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84,16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Степанова Ева Николаевна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FSP-56-26-00022-7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80,78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FSP-64-25-00304-0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Саратовская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79,41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FSP-58-25-00303-0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Пензенская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78,63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FSP-63-25-00300-9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77,6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Тарасов Матвей Ильич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FSP-56-26-00023-5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75,1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FSP-73-25-00305-6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Ульяновская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73,67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FSP-02-25-00301-1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70,68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