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Вид спорта «спортивное программирование»</w:t>
      </w:r>
    </w:p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Региональное отделение Федерации спортивного программирования Оренбургской области</w:t>
      </w:r>
    </w:p>
    <w:p>
      <w:pPr>
        <w:spacing w:before="160" w:after="40"/>
        <w:jc w:val="center"/>
      </w:pPr>
      <w:r>
        <w:rPr>
          <w:rFonts w:ascii="Times New Roman" w:hAnsi="Times New Roman" w:eastAsia="Times New Roman"/>
          <w:b/>
          <w:i w:val="0"/>
          <w:sz w:val="30"/>
        </w:rPr>
        <w:t>ПРОТОКОЛ</w:t>
      </w:r>
    </w:p>
    <w:p>
      <w:pPr>
        <w:spacing w:before="0" w:after="120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результатов официального спортивного соревнования</w:t>
        <w:br/>
        <w:t>Межрегиональный ML-турнир ПФО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Код / план: </w:t>
      </w:r>
      <w:r>
        <w:rPr>
          <w:rFonts w:ascii="Times New Roman" w:hAnsi="Times New Roman" w:eastAsia="Times New Roman"/>
          <w:b w:val="0"/>
          <w:i w:val="0"/>
          <w:sz w:val="21"/>
        </w:rPr>
        <w:t>ОРБ-AI-2026-14 · ЕКП Минспорта России, № 2-5033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Дисциплина: </w:t>
      </w:r>
      <w:r>
        <w:rPr>
          <w:rFonts w:ascii="Times New Roman" w:hAnsi="Times New Roman" w:eastAsia="Times New Roman"/>
          <w:b w:val="0"/>
          <w:i w:val="0"/>
          <w:sz w:val="21"/>
        </w:rPr>
        <w:t>Программирование систем искусственного интеллекта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Статус / тип: </w:t>
      </w:r>
      <w:r>
        <w:rPr>
          <w:rFonts w:ascii="Times New Roman" w:hAnsi="Times New Roman" w:eastAsia="Times New Roman"/>
          <w:b w:val="0"/>
          <w:i w:val="0"/>
          <w:sz w:val="21"/>
        </w:rPr>
        <w:t>межрегиональное · Турнир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Сроки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08.09.2026 — 10.09.2026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Место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Онлайн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Формат: </w:t>
      </w:r>
      <w:r>
        <w:rPr>
          <w:rFonts w:ascii="Times New Roman" w:hAnsi="Times New Roman" w:eastAsia="Times New Roman"/>
          <w:b w:val="0"/>
          <w:i w:val="0"/>
          <w:sz w:val="21"/>
        </w:rPr>
        <w:t>Онлайн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Возрастная группа: </w:t>
      </w:r>
      <w:r>
        <w:rPr>
          <w:rFonts w:ascii="Times New Roman" w:hAnsi="Times New Roman" w:eastAsia="Times New Roman"/>
          <w:b w:val="0"/>
          <w:i w:val="0"/>
          <w:sz w:val="21"/>
        </w:rPr>
        <w:t>без ограничений 12+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Ранжирование: </w:t>
      </w:r>
      <w:r>
        <w:rPr>
          <w:rFonts w:ascii="Times New Roman" w:hAnsi="Times New Roman" w:eastAsia="Times New Roman"/>
          <w:b w:val="0"/>
          <w:i w:val="0"/>
          <w:sz w:val="21"/>
        </w:rPr>
        <w:t>по сумме баллов жюри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Участников: </w:t>
      </w:r>
      <w:r>
        <w:rPr>
          <w:rFonts w:ascii="Times New Roman" w:hAnsi="Times New Roman" w:eastAsia="Times New Roman"/>
          <w:b w:val="0"/>
          <w:i w:val="0"/>
          <w:sz w:val="21"/>
        </w:rPr>
        <w:t>14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981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Место</w:t>
            </w:r>
          </w:p>
        </w:tc>
        <w:tc>
          <w:tcPr>
            <w:tcW w:type="dxa" w:w="4485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Фамилия, имя, отчество</w:t>
            </w:r>
          </w:p>
        </w:tc>
        <w:tc>
          <w:tcPr>
            <w:tcW w:type="dxa" w:w="2943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ФСП ID</w:t>
            </w:r>
          </w:p>
        </w:tc>
        <w:tc>
          <w:tcPr>
            <w:tcW w:type="dxa" w:w="2523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Территория</w:t>
            </w:r>
          </w:p>
        </w:tc>
        <w:tc>
          <w:tcPr>
            <w:tcW w:type="dxa" w:w="1402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Баллы</w:t>
            </w:r>
          </w:p>
        </w:tc>
        <w:tc>
          <w:tcPr>
            <w:tcW w:type="dxa" w:w="2803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Примечание</w:t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Алексеева Софья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FSP-02-25-00307-8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Респ. Башкортостан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93,05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2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Шевченко Лев Андреевич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FSP-56-26-00028-4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89,1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3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Орлов Илья Константинович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FSP-56-26-00019-3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82,42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4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Новиков Иван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FSP-64-25-00304-0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Саратовская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78,3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Петрова Анастасия Романовна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FSP-56-26-00020-1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77,01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Лебедева Дарья Максимовна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FSP-56-25-00016-0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75,33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Смирнова Анна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FSP-02-25-00301-1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Респ. Башкортостан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73,53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Иванов Александр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FSP-63-25-00300-9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Самарская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70,58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9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Васильева Милана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FSP-58-25-00303-0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Пензенская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68,22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10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Попов Марк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FSP-16-25-00302-3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Респ. Татарстан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67,96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11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Фролова Вероника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FSP-73-25-00305-6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Ульяновская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64,91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12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Соколов Дмитрий Алексеевич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FSP-56-25-00003-8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62,56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13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Волков Степан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FSP-63-25-00306-6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Самарская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60,26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14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Назарова Ксения Владимировна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FSP-56-26-00018-5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56,22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судья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</w:r>
          </w:p>
        </w:tc>
      </w:tr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секретарь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</w:r>
          </w:p>
        </w:tc>
      </w:tr>
    </w:tbl>
    <w:p>
      <w:pPr>
        <w:spacing w:before="240" w:after="80"/>
        <w:jc w:val="left"/>
      </w:pPr>
      <w:r>
        <w:rPr>
          <w:rFonts w:ascii="Times New Roman" w:hAnsi="Times New Roman" w:eastAsia="Times New Roman"/>
          <w:b w:val="0"/>
          <w:i/>
          <w:sz w:val="18"/>
        </w:rPr>
        <w:t>Протокол сформирован автоматически в Единой цифровой платформе ФСП Оренбургской области из лога соревнования (формат FSP-LOG/1). Равные показатели делят место; дисквалифицированные участники указаны без места. Обновлён 2026-10-28 20:01:38.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