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Межрегиональные соревнования «Volga CTF Open»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ОРБ-SEC-2026-11 · ЕКП Минспорта России, № 2-4980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систем информационной безопасности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межрегиональное · Турнир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29.08.2026 — 30.08.2026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Самара, СГАУ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Очно · Attack-Defense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решённым задачам и штрафному времени (ICPC)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898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10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694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309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15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Решено</w:t>
            </w:r>
          </w:p>
        </w:tc>
        <w:tc>
          <w:tcPr>
            <w:tcW w:type="dxa" w:w="141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Штраф, мин</w:t>
            </w:r>
          </w:p>
        </w:tc>
        <w:tc>
          <w:tcPr>
            <w:tcW w:type="dxa" w:w="2566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Попов Марк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FSP-16-25-00302-3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1089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Фролова Вероника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FSP-73-25-00305-6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Ульяновская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892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Алексеева Софья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FSP-02-25-00307-8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661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Иванов Александр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FSP-63-25-00300-9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662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Калинин Егор Павлович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FSP-56-25-00015-2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695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Смирнова Анна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FSP-02-25-00301-1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770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Исаев Тимур Рустамович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FSP-56-25-00014-5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783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Новиков Иван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FSP-64-25-00304-0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Саратовская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794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Зайцева Виктория Андреевна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FSP-56-25-00013-7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518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Волков Степан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FSP-63-25-00306-6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580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Васильева Милана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FSP-58-25-00303-0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Пензенская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366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Валиева Алина Ренатовна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FSP-56-25-00009-5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392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