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Первенство Оренбургской области по спортивному программированию (алгоритмическое)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ОРБ-ALG-2026-01 · Календарный план Оренбургской области, № 56-014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алгоритмическое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региональное · Первенство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12.03.2026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г. Оренбург, ОГУ, учебный корпус № 2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Очно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юноши/девушки 14–17 лет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решённым задачам и штрафному времени (ICPC)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10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898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10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694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309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15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Решено</w:t>
            </w:r>
          </w:p>
        </w:tc>
        <w:tc>
          <w:tcPr>
            <w:tcW w:type="dxa" w:w="141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Штраф, мин</w:t>
            </w:r>
          </w:p>
        </w:tc>
        <w:tc>
          <w:tcPr>
            <w:tcW w:type="dxa" w:w="2566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Соколов Дмитрий Алексеевич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FSP-56-25-00003-8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726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Жуков Артём Денисович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FSP-56-25-00012-9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807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Валиева Алина Ренатовна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FSP-56-25-00009-5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842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Григорьев Максим Олегович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FSP-56-25-00010-3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663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Абрамов Кирилл Сергеевич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FSP-56-25-00008-7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687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Зайцева Виктория Андреевна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FSP-56-25-00013-7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540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Дьяченко Полина Игоревна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FSP-56-25-00011-1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658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Хасанов Арслан Ильдарович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FSP-56-26-00026-8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319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Фёдорова Мария Алексеевна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FSP-56-26-00025-0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458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Чернова Ульяна Сергеевна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FSP-56-26-00027-6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212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Малахова Ольга Сергеевна</w:t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Белова Светлана Анатольевна</w:t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